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2239"/>
        <w:gridCol w:w="6623"/>
      </w:tblGrid>
      <w:tr w:rsidR="00DC6BEC" w14:paraId="1D855ED4" w14:textId="77777777">
        <w:tc>
          <w:tcPr>
            <w:tcW w:w="2268" w:type="dxa"/>
            <w:shd w:val="clear" w:color="auto" w:fill="FFD800"/>
          </w:tcPr>
          <w:p w14:paraId="606B5433" w14:textId="77777777" w:rsidR="00264514" w:rsidRDefault="00264514">
            <w:pPr>
              <w:rPr>
                <w:noProof/>
              </w:rPr>
            </w:pPr>
          </w:p>
          <w:p w14:paraId="1E21B5A5" w14:textId="4A9565B3" w:rsidR="00DC6BEC" w:rsidRDefault="009756B4" w:rsidP="0026451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1175F5" wp14:editId="01E71239">
                  <wp:extent cx="900000" cy="83483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RFC_2026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834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shd w:val="clear" w:color="auto" w:fill="FFD800"/>
          </w:tcPr>
          <w:p w14:paraId="5F7FF2E0" w14:textId="77777777" w:rsidR="00264514" w:rsidRDefault="00264514">
            <w:pPr>
              <w:jc w:val="center"/>
              <w:rPr>
                <w:b/>
              </w:rPr>
            </w:pPr>
          </w:p>
          <w:p w14:paraId="0E4238B0" w14:textId="1983C7CA" w:rsidR="00DC6BEC" w:rsidRDefault="009756B4">
            <w:pPr>
              <w:jc w:val="center"/>
            </w:pPr>
            <w:r w:rsidRPr="00264514">
              <w:rPr>
                <w:b/>
                <w:sz w:val="28"/>
                <w:szCs w:val="28"/>
              </w:rPr>
              <w:t>RFC RAEREN-EYNATTEN</w:t>
            </w:r>
            <w:r>
              <w:rPr>
                <w:b/>
              </w:rPr>
              <w:br/>
            </w:r>
            <w:r w:rsidRPr="00264514">
              <w:rPr>
                <w:rFonts w:ascii="Cavolini" w:hAnsi="Cavolini" w:cs="Cavolini"/>
                <w:b/>
              </w:rPr>
              <w:t>TURNIERANMELDUNG 2026/2027</w:t>
            </w:r>
            <w:r w:rsidRPr="00264514">
              <w:rPr>
                <w:rFonts w:ascii="Cavolini" w:hAnsi="Cavolini" w:cs="Cavolini"/>
                <w:b/>
              </w:rPr>
              <w:br/>
            </w:r>
            <w:r w:rsidRPr="00264514">
              <w:rPr>
                <w:rFonts w:ascii="Cavolini" w:hAnsi="Cavolini" w:cs="Cavolini"/>
                <w:b/>
                <w:color w:val="4F81BD" w:themeColor="accent1"/>
              </w:rPr>
              <w:t>FORMULAIRE D'INSCRIPTION 2026/2027</w:t>
            </w:r>
          </w:p>
        </w:tc>
      </w:tr>
    </w:tbl>
    <w:p w14:paraId="2093A8E9" w14:textId="77777777" w:rsidR="00DC6BEC" w:rsidRDefault="00DC6BEC"/>
    <w:p w14:paraId="5BC3A778" w14:textId="3F7CE0A5" w:rsidR="00DC6BEC" w:rsidRDefault="009756B4">
      <w:pPr>
        <w:pStyle w:val="berschrift2"/>
      </w:pPr>
      <w:proofErr w:type="spellStart"/>
      <w:r w:rsidRPr="00264514">
        <w:rPr>
          <w:color w:val="000000" w:themeColor="text1"/>
        </w:rPr>
        <w:t>Vereinsdaten</w:t>
      </w:r>
      <w:proofErr w:type="spellEnd"/>
      <w:r w:rsidRPr="00264514">
        <w:rPr>
          <w:color w:val="000000" w:themeColor="text1"/>
        </w:rPr>
        <w:t xml:space="preserve"> </w:t>
      </w:r>
      <w:r>
        <w:t xml:space="preserve">/ </w:t>
      </w:r>
      <w:proofErr w:type="spellStart"/>
      <w:r>
        <w:t>Informations</w:t>
      </w:r>
      <w:proofErr w:type="spellEnd"/>
      <w:r>
        <w:t xml:space="preserve"> du club</w:t>
      </w:r>
    </w:p>
    <w:p w14:paraId="136010A9" w14:textId="77777777" w:rsidR="00470FBD" w:rsidRPr="00470FBD" w:rsidRDefault="00470FBD" w:rsidP="00470FBD"/>
    <w:p w14:paraId="7BFC829A" w14:textId="5FD1741E" w:rsidR="00DC6BEC" w:rsidRDefault="009756B4">
      <w:r>
        <w:t xml:space="preserve">Verein / </w:t>
      </w:r>
      <w:r w:rsidRPr="00264514">
        <w:rPr>
          <w:color w:val="4F81BD" w:themeColor="accent1"/>
        </w:rPr>
        <w:t>Club:</w:t>
      </w:r>
      <w:r>
        <w:t xml:space="preserve"> _____________________________</w:t>
      </w:r>
    </w:p>
    <w:p w14:paraId="212B503F" w14:textId="4CA7C934" w:rsidR="00DC6BEC" w:rsidRDefault="009756B4">
      <w:proofErr w:type="spellStart"/>
      <w:r>
        <w:t>Ansprechpartner</w:t>
      </w:r>
      <w:proofErr w:type="spellEnd"/>
      <w:r>
        <w:t xml:space="preserve"> / </w:t>
      </w:r>
      <w:proofErr w:type="spellStart"/>
      <w:r w:rsidRPr="00264514">
        <w:rPr>
          <w:color w:val="4F81BD" w:themeColor="accent1"/>
        </w:rPr>
        <w:t>Responsable</w:t>
      </w:r>
      <w:proofErr w:type="spellEnd"/>
      <w:r w:rsidRPr="00264514">
        <w:rPr>
          <w:color w:val="4F81BD" w:themeColor="accent1"/>
        </w:rPr>
        <w:t>:</w:t>
      </w:r>
      <w:r>
        <w:t xml:space="preserve"> ______________________________</w:t>
      </w:r>
    </w:p>
    <w:p w14:paraId="15B255EF" w14:textId="43862FD9" w:rsidR="00DC6BEC" w:rsidRDefault="009756B4">
      <w:r>
        <w:t xml:space="preserve">Handy / </w:t>
      </w:r>
      <w:r w:rsidRPr="00264514">
        <w:rPr>
          <w:color w:val="4F81BD" w:themeColor="accent1"/>
        </w:rPr>
        <w:t xml:space="preserve">GSM: </w:t>
      </w:r>
      <w:r>
        <w:t>______________________________</w:t>
      </w:r>
    </w:p>
    <w:p w14:paraId="75976B84" w14:textId="77777777" w:rsidR="00DC6BEC" w:rsidRDefault="009756B4">
      <w:r>
        <w:t>E-Mail: ______________________________</w:t>
      </w:r>
    </w:p>
    <w:p w14:paraId="45C44455" w14:textId="6426D67C" w:rsidR="00DC6BEC" w:rsidRDefault="009756B4">
      <w:pPr>
        <w:pStyle w:val="berschrift3"/>
      </w:pPr>
      <w:r w:rsidRPr="00264514">
        <w:rPr>
          <w:color w:val="auto"/>
        </w:rPr>
        <w:t xml:space="preserve">Wir </w:t>
      </w:r>
      <w:proofErr w:type="spellStart"/>
      <w:r w:rsidRPr="00264514">
        <w:rPr>
          <w:color w:val="auto"/>
        </w:rPr>
        <w:t>würden</w:t>
      </w:r>
      <w:proofErr w:type="spellEnd"/>
      <w:r w:rsidRPr="00264514">
        <w:rPr>
          <w:color w:val="auto"/>
        </w:rPr>
        <w:t xml:space="preserve"> gerne </w:t>
      </w:r>
      <w:proofErr w:type="spellStart"/>
      <w:r w:rsidRPr="00264514">
        <w:rPr>
          <w:color w:val="auto"/>
        </w:rPr>
        <w:t>mit</w:t>
      </w:r>
      <w:proofErr w:type="spellEnd"/>
      <w:r w:rsidRPr="00264514">
        <w:rPr>
          <w:color w:val="auto"/>
        </w:rPr>
        <w:t xml:space="preserve"> </w:t>
      </w:r>
      <w:proofErr w:type="spellStart"/>
      <w:r w:rsidRPr="00264514">
        <w:rPr>
          <w:color w:val="auto"/>
        </w:rPr>
        <w:t>folgenden</w:t>
      </w:r>
      <w:proofErr w:type="spellEnd"/>
      <w:r w:rsidRPr="00264514">
        <w:rPr>
          <w:color w:val="auto"/>
        </w:rPr>
        <w:t xml:space="preserve"> Teams </w:t>
      </w:r>
      <w:proofErr w:type="spellStart"/>
      <w:r w:rsidRPr="00264514">
        <w:rPr>
          <w:color w:val="auto"/>
        </w:rPr>
        <w:t>teilnehmen</w:t>
      </w:r>
      <w:proofErr w:type="spellEnd"/>
      <w:r w:rsidR="00AD5ED5">
        <w:rPr>
          <w:color w:val="auto"/>
        </w:rPr>
        <w:t>:</w:t>
      </w:r>
    </w:p>
    <w:p w14:paraId="157E3ECF" w14:textId="6EF2BCCD" w:rsidR="00DC6BEC" w:rsidRDefault="009756B4">
      <w:pPr>
        <w:rPr>
          <w:color w:val="4F81BD" w:themeColor="accent1"/>
        </w:rPr>
      </w:pPr>
      <w:r w:rsidRPr="00264514">
        <w:rPr>
          <w:color w:val="4F81BD" w:themeColor="accent1"/>
        </w:rPr>
        <w:t xml:space="preserve">Nous </w:t>
      </w:r>
      <w:proofErr w:type="spellStart"/>
      <w:r w:rsidRPr="00264514">
        <w:rPr>
          <w:color w:val="4F81BD" w:themeColor="accent1"/>
        </w:rPr>
        <w:t>souhaitons</w:t>
      </w:r>
      <w:proofErr w:type="spellEnd"/>
      <w:r w:rsidRPr="00264514">
        <w:rPr>
          <w:color w:val="4F81BD" w:themeColor="accent1"/>
        </w:rPr>
        <w:t xml:space="preserve"> </w:t>
      </w:r>
      <w:proofErr w:type="spellStart"/>
      <w:r w:rsidRPr="00264514">
        <w:rPr>
          <w:color w:val="4F81BD" w:themeColor="accent1"/>
        </w:rPr>
        <w:t>participer</w:t>
      </w:r>
      <w:proofErr w:type="spellEnd"/>
      <w:r w:rsidRPr="00264514">
        <w:rPr>
          <w:color w:val="4F81BD" w:themeColor="accent1"/>
        </w:rPr>
        <w:t xml:space="preserve"> avec les équipes </w:t>
      </w:r>
      <w:proofErr w:type="spellStart"/>
      <w:proofErr w:type="gramStart"/>
      <w:r w:rsidRPr="00264514">
        <w:rPr>
          <w:color w:val="4F81BD" w:themeColor="accent1"/>
        </w:rPr>
        <w:t>suivantes</w:t>
      </w:r>
      <w:proofErr w:type="spellEnd"/>
      <w:r w:rsidR="00AD5ED5">
        <w:rPr>
          <w:color w:val="4F81BD" w:themeColor="accent1"/>
        </w:rPr>
        <w:t xml:space="preserve"> :</w:t>
      </w:r>
      <w:proofErr w:type="gramEnd"/>
    </w:p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4393"/>
        <w:gridCol w:w="4393"/>
      </w:tblGrid>
      <w:tr w:rsidR="00ED482D" w14:paraId="6117E287" w14:textId="77777777" w:rsidTr="00ED482D">
        <w:trPr>
          <w:trHeight w:val="451"/>
        </w:trPr>
        <w:tc>
          <w:tcPr>
            <w:tcW w:w="4393" w:type="dxa"/>
            <w:shd w:val="clear" w:color="auto" w:fill="FFFF00"/>
          </w:tcPr>
          <w:p w14:paraId="20D8C3CE" w14:textId="03FB447B" w:rsidR="00ED482D" w:rsidRDefault="00ED482D" w:rsidP="006356CC">
            <w:pPr>
              <w:jc w:val="center"/>
              <w:rPr>
                <w:sz w:val="24"/>
                <w:szCs w:val="24"/>
              </w:rPr>
            </w:pPr>
            <w:proofErr w:type="spellStart"/>
            <w:r w:rsidRPr="00ED482D">
              <w:rPr>
                <w:b/>
                <w:bCs/>
                <w:color w:val="4F81BD" w:themeColor="accent1"/>
                <w:sz w:val="24"/>
                <w:szCs w:val="24"/>
              </w:rPr>
              <w:t>Journée</w:t>
            </w:r>
            <w:proofErr w:type="spellEnd"/>
            <w:r w:rsidRPr="00ED482D">
              <w:rPr>
                <w:b/>
                <w:bCs/>
                <w:color w:val="4F81BD" w:themeColor="accent1"/>
                <w:sz w:val="24"/>
                <w:szCs w:val="24"/>
              </w:rPr>
              <w:t xml:space="preserve"> Sportive</w:t>
            </w:r>
            <w:r w:rsidRPr="00264514">
              <w:rPr>
                <w:color w:val="4F81BD" w:themeColor="accent1"/>
                <w:sz w:val="24"/>
                <w:szCs w:val="24"/>
              </w:rPr>
              <w:t xml:space="preserve"> </w:t>
            </w:r>
            <w:r w:rsidRPr="00264514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24</w:t>
            </w:r>
            <w:r w:rsidRPr="0026451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264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  <w:p w14:paraId="36DC6DCF" w14:textId="77777777" w:rsidR="00ED482D" w:rsidRDefault="00ED482D" w:rsidP="006356C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Kunstrasenplatz</w:t>
            </w:r>
            <w:proofErr w:type="spellEnd"/>
            <w:r>
              <w:rPr>
                <w:sz w:val="24"/>
                <w:szCs w:val="24"/>
              </w:rPr>
              <w:t>/</w:t>
            </w:r>
            <w:r w:rsidRPr="00D96894">
              <w:rPr>
                <w:color w:val="4F81BD" w:themeColor="accent1"/>
                <w:sz w:val="24"/>
                <w:szCs w:val="24"/>
              </w:rPr>
              <w:t xml:space="preserve">Terrain </w:t>
            </w:r>
            <w:proofErr w:type="gramStart"/>
            <w:r w:rsidRPr="00D96894">
              <w:rPr>
                <w:color w:val="4F81BD" w:themeColor="accent1"/>
                <w:sz w:val="24"/>
                <w:szCs w:val="24"/>
              </w:rPr>
              <w:t>Synth</w:t>
            </w:r>
            <w:r>
              <w:rPr>
                <w:color w:val="4F81BD" w:themeColor="accent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–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Raeren</w:t>
            </w:r>
            <w:proofErr w:type="spellEnd"/>
          </w:p>
          <w:p w14:paraId="416D6BFA" w14:textId="77777777" w:rsidR="00ED482D" w:rsidRDefault="00ED482D" w:rsidP="006356CC"/>
        </w:tc>
        <w:tc>
          <w:tcPr>
            <w:tcW w:w="4393" w:type="dxa"/>
            <w:shd w:val="clear" w:color="auto" w:fill="FFFF00"/>
          </w:tcPr>
          <w:p w14:paraId="0B7992EE" w14:textId="77777777" w:rsidR="00ED482D" w:rsidRDefault="00ED482D" w:rsidP="00ED482D">
            <w:pPr>
              <w:jc w:val="center"/>
              <w:rPr>
                <w:sz w:val="24"/>
                <w:szCs w:val="24"/>
              </w:rPr>
            </w:pPr>
            <w:r w:rsidRPr="00ED482D">
              <w:rPr>
                <w:b/>
                <w:bCs/>
                <w:sz w:val="24"/>
                <w:szCs w:val="24"/>
              </w:rPr>
              <w:t>RFC Hallen-Cup</w:t>
            </w:r>
            <w:r w:rsidRPr="00264514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08.-&gt;10.01.2027</w:t>
            </w:r>
          </w:p>
          <w:p w14:paraId="7857F326" w14:textId="26116B6A" w:rsidR="00ED482D" w:rsidRPr="00ED482D" w:rsidRDefault="00ED482D" w:rsidP="006356C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Sporthalle</w:t>
            </w:r>
            <w:proofErr w:type="spellEnd"/>
            <w:r>
              <w:rPr>
                <w:sz w:val="24"/>
                <w:szCs w:val="24"/>
              </w:rPr>
              <w:t>/</w:t>
            </w:r>
            <w:r w:rsidRPr="00D96894">
              <w:rPr>
                <w:color w:val="4F81BD" w:themeColor="accent1"/>
                <w:sz w:val="24"/>
                <w:szCs w:val="24"/>
              </w:rPr>
              <w:t xml:space="preserve">Salle </w:t>
            </w:r>
            <w:proofErr w:type="spellStart"/>
            <w:r w:rsidRPr="00D96894">
              <w:rPr>
                <w:color w:val="4F81BD" w:themeColor="accent1"/>
                <w:sz w:val="24"/>
                <w:szCs w:val="24"/>
              </w:rPr>
              <w:t>Omnisports</w:t>
            </w:r>
            <w:proofErr w:type="spellEnd"/>
            <w:r w:rsidRPr="00D96894">
              <w:rPr>
                <w:color w:val="4F81BD" w:themeColor="accent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Eynatten </w:t>
            </w:r>
          </w:p>
        </w:tc>
      </w:tr>
      <w:tr w:rsidR="00ED482D" w14:paraId="3677CD11" w14:textId="77777777" w:rsidTr="00ED482D">
        <w:tc>
          <w:tcPr>
            <w:tcW w:w="4393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1925"/>
              <w:gridCol w:w="1584"/>
              <w:gridCol w:w="658"/>
            </w:tblGrid>
            <w:tr w:rsidR="00267F76" w:rsidRPr="00546BA6" w14:paraId="5BAD15D9" w14:textId="3013662B" w:rsidTr="006E0242">
              <w:tc>
                <w:tcPr>
                  <w:tcW w:w="1925" w:type="dxa"/>
                </w:tcPr>
                <w:p w14:paraId="6C5A3A45" w14:textId="77777777" w:rsidR="00267F76" w:rsidRPr="00546BA6" w:rsidRDefault="00267F76" w:rsidP="006356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U8 (2019)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5#5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1376188572"/>
                  <w:placeholder>
                    <w:docPart w:val="191031AB76EE439DA02C1EB1154FAB81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84" w:type="dxa"/>
                    </w:tcPr>
                    <w:p w14:paraId="5C7A521D" w14:textId="77777777" w:rsidR="00267F76" w:rsidRPr="00546BA6" w:rsidRDefault="00267F76" w:rsidP="006356CC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-163115927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58" w:type="dxa"/>
                    </w:tcPr>
                    <w:p w14:paraId="734351F7" w14:textId="6D2085A2" w:rsidR="00267F76" w:rsidRDefault="006E0242" w:rsidP="006E024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267F76" w:rsidRPr="00546BA6" w14:paraId="2A33AE6B" w14:textId="2EDA9672" w:rsidTr="006E0242">
              <w:tc>
                <w:tcPr>
                  <w:tcW w:w="1925" w:type="dxa"/>
                </w:tcPr>
                <w:p w14:paraId="1A2C1494" w14:textId="77777777" w:rsidR="00267F76" w:rsidRPr="00546BA6" w:rsidRDefault="00267F76" w:rsidP="006356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U9 (2018)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5#5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-131799750"/>
                  <w:placeholder>
                    <w:docPart w:val="9DEBA38268EE41F6862A6972CB2F2FFD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84" w:type="dxa"/>
                    </w:tcPr>
                    <w:p w14:paraId="281E3713" w14:textId="77777777" w:rsidR="00267F76" w:rsidRPr="00546BA6" w:rsidRDefault="00267F76" w:rsidP="006356CC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70529093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58" w:type="dxa"/>
                    </w:tcPr>
                    <w:p w14:paraId="12CA64CA" w14:textId="25A46F3F" w:rsidR="00267F76" w:rsidRDefault="006E0242" w:rsidP="006E024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267F76" w:rsidRPr="00546BA6" w14:paraId="4234E223" w14:textId="7D5FBEF4" w:rsidTr="006E0242">
              <w:tc>
                <w:tcPr>
                  <w:tcW w:w="1925" w:type="dxa"/>
                </w:tcPr>
                <w:p w14:paraId="1BB70289" w14:textId="77777777" w:rsidR="00267F76" w:rsidRPr="00546BA6" w:rsidRDefault="00267F76" w:rsidP="006356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U10 (2017)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8#8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1261870861"/>
                  <w:placeholder>
                    <w:docPart w:val="B64BF1817DB444B2B453494775FC4B1E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84" w:type="dxa"/>
                    </w:tcPr>
                    <w:p w14:paraId="56E8F612" w14:textId="77777777" w:rsidR="00267F76" w:rsidRPr="00546BA6" w:rsidRDefault="00267F76" w:rsidP="006356CC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67815740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58" w:type="dxa"/>
                    </w:tcPr>
                    <w:p w14:paraId="5D2D9711" w14:textId="0ACBAB8E" w:rsidR="00267F76" w:rsidRDefault="006E0242" w:rsidP="006E024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267F76" w:rsidRPr="00546BA6" w14:paraId="477A2131" w14:textId="2063B236" w:rsidTr="006E0242">
              <w:tc>
                <w:tcPr>
                  <w:tcW w:w="1925" w:type="dxa"/>
                </w:tcPr>
                <w:p w14:paraId="01D42B24" w14:textId="77777777" w:rsidR="00267F76" w:rsidRPr="00546BA6" w:rsidRDefault="00267F76" w:rsidP="006356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U11 (2016)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8#8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656886510"/>
                  <w:placeholder>
                    <w:docPart w:val="E2413571EE024880A06615F7D7904DD6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84" w:type="dxa"/>
                    </w:tcPr>
                    <w:p w14:paraId="4387B010" w14:textId="77777777" w:rsidR="00267F76" w:rsidRPr="00546BA6" w:rsidRDefault="00267F76" w:rsidP="006356CC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-9432811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58" w:type="dxa"/>
                    </w:tcPr>
                    <w:p w14:paraId="2BB8838E" w14:textId="33A69D95" w:rsidR="00267F76" w:rsidRDefault="006E0242" w:rsidP="006E024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267F76" w:rsidRPr="00546BA6" w14:paraId="0D58272A" w14:textId="6B92BC33" w:rsidTr="006E0242">
              <w:tc>
                <w:tcPr>
                  <w:tcW w:w="1925" w:type="dxa"/>
                </w:tcPr>
                <w:p w14:paraId="33583B4E" w14:textId="77777777" w:rsidR="00267F76" w:rsidRPr="00546BA6" w:rsidRDefault="00267F76" w:rsidP="006356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U12 (2015)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8#8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-217134903"/>
                  <w:placeholder>
                    <w:docPart w:val="1B5574692B6D41D68B867A61501778C1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84" w:type="dxa"/>
                    </w:tcPr>
                    <w:p w14:paraId="5AE7E564" w14:textId="77777777" w:rsidR="00267F76" w:rsidRPr="00546BA6" w:rsidRDefault="00267F76" w:rsidP="006356CC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213536591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58" w:type="dxa"/>
                    </w:tcPr>
                    <w:p w14:paraId="774AED81" w14:textId="2E13BE3E" w:rsidR="00267F76" w:rsidRDefault="006E0242" w:rsidP="006E024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267F76" w:rsidRPr="00546BA6" w14:paraId="4B39BE05" w14:textId="57086E67" w:rsidTr="006E0242">
              <w:tc>
                <w:tcPr>
                  <w:tcW w:w="1925" w:type="dxa"/>
                </w:tcPr>
                <w:p w14:paraId="09E33713" w14:textId="77777777" w:rsidR="00267F76" w:rsidRPr="00546BA6" w:rsidRDefault="00267F76" w:rsidP="006356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U13 (2014)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8#8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719781134"/>
                  <w:placeholder>
                    <w:docPart w:val="487FE26C06C64B889F724D20B652F899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84" w:type="dxa"/>
                    </w:tcPr>
                    <w:p w14:paraId="6CC48BF2" w14:textId="77777777" w:rsidR="00267F76" w:rsidRPr="00546BA6" w:rsidRDefault="00267F76" w:rsidP="006356CC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134513289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58" w:type="dxa"/>
                    </w:tcPr>
                    <w:p w14:paraId="79805163" w14:textId="7D338AD3" w:rsidR="00267F76" w:rsidRDefault="006E0242" w:rsidP="006E024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</w:tbl>
          <w:p w14:paraId="013BB072" w14:textId="77777777" w:rsidR="00ED482D" w:rsidRPr="00546BA6" w:rsidRDefault="00ED482D" w:rsidP="006356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3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1853"/>
              <w:gridCol w:w="1514"/>
              <w:gridCol w:w="800"/>
            </w:tblGrid>
            <w:tr w:rsidR="006E0242" w:rsidRPr="00546BA6" w14:paraId="4B50D2C4" w14:textId="7266C67A" w:rsidTr="006E0242">
              <w:tc>
                <w:tcPr>
                  <w:tcW w:w="1853" w:type="dxa"/>
                </w:tcPr>
                <w:p w14:paraId="69ECA4BB" w14:textId="77777777" w:rsidR="006E0242" w:rsidRPr="00546BA6" w:rsidRDefault="006E0242" w:rsidP="006356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U8 (2019)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5#5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2026211738"/>
                  <w:placeholder>
                    <w:docPart w:val="78B8B0B6E98745318A2BF139128FABD0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14" w:type="dxa"/>
                    </w:tcPr>
                    <w:p w14:paraId="3678974A" w14:textId="77777777" w:rsidR="006E0242" w:rsidRPr="00546BA6" w:rsidRDefault="006E0242" w:rsidP="006356CC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-148924525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800" w:type="dxa"/>
                    </w:tcPr>
                    <w:p w14:paraId="6BD92057" w14:textId="6AEE8D7D" w:rsidR="006E0242" w:rsidRDefault="006E0242" w:rsidP="006E024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6E0242" w:rsidRPr="00546BA6" w14:paraId="396A3159" w14:textId="7A8289F5" w:rsidTr="006E0242">
              <w:tc>
                <w:tcPr>
                  <w:tcW w:w="1853" w:type="dxa"/>
                </w:tcPr>
                <w:p w14:paraId="76B27DB8" w14:textId="77777777" w:rsidR="006E0242" w:rsidRPr="00546BA6" w:rsidRDefault="006E0242" w:rsidP="006356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U9 (2018)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5#5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1165815234"/>
                  <w:placeholder>
                    <w:docPart w:val="7E30C9F2AFFF4792B7BAC55ABEF659FE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14" w:type="dxa"/>
                    </w:tcPr>
                    <w:p w14:paraId="388DF7DA" w14:textId="77777777" w:rsidR="006E0242" w:rsidRPr="00546BA6" w:rsidRDefault="006E0242" w:rsidP="006356CC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5436051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800" w:type="dxa"/>
                    </w:tcPr>
                    <w:p w14:paraId="7CF370F7" w14:textId="71462331" w:rsidR="006E0242" w:rsidRDefault="006E0242" w:rsidP="006E024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6E0242" w:rsidRPr="00546BA6" w14:paraId="24451C09" w14:textId="5B395BFB" w:rsidTr="006E0242">
              <w:tc>
                <w:tcPr>
                  <w:tcW w:w="1853" w:type="dxa"/>
                </w:tcPr>
                <w:p w14:paraId="39F4044A" w14:textId="4A61A1AB" w:rsidR="006E0242" w:rsidRPr="00546BA6" w:rsidRDefault="006E0242" w:rsidP="006356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U10 (2017)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</w:t>
                  </w:r>
                  <w:r w:rsidRPr="00ED482D">
                    <w:rPr>
                      <w:rFonts w:ascii="Arial" w:hAnsi="Arial" w:cs="Arial"/>
                      <w:color w:val="EE0000"/>
                      <w:sz w:val="20"/>
                      <w:szCs w:val="20"/>
                    </w:rPr>
                    <w:t>5#5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-1555694321"/>
                  <w:placeholder>
                    <w:docPart w:val="D37EE77B4E6C46078756E2DC08357046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14" w:type="dxa"/>
                    </w:tcPr>
                    <w:p w14:paraId="6155665E" w14:textId="77777777" w:rsidR="006E0242" w:rsidRPr="00546BA6" w:rsidRDefault="006E0242" w:rsidP="006356CC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115648917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800" w:type="dxa"/>
                    </w:tcPr>
                    <w:p w14:paraId="428A91B6" w14:textId="493324A9" w:rsidR="006E0242" w:rsidRDefault="006E0242" w:rsidP="006E024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6E0242" w:rsidRPr="00546BA6" w14:paraId="50047ADA" w14:textId="1D09695A" w:rsidTr="006E0242">
              <w:tc>
                <w:tcPr>
                  <w:tcW w:w="1853" w:type="dxa"/>
                </w:tcPr>
                <w:p w14:paraId="0A5150BA" w14:textId="466F9B02" w:rsidR="006E0242" w:rsidRPr="00546BA6" w:rsidRDefault="006E0242" w:rsidP="006356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U11 (2016)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</w:t>
                  </w:r>
                  <w:r w:rsidRPr="00ED482D">
                    <w:rPr>
                      <w:rFonts w:ascii="Arial" w:hAnsi="Arial" w:cs="Arial"/>
                      <w:color w:val="EE0000"/>
                      <w:sz w:val="20"/>
                      <w:szCs w:val="20"/>
                    </w:rPr>
                    <w:t>5#5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-1515528346"/>
                  <w:placeholder>
                    <w:docPart w:val="A858159E58E04D4DABF4DC03EC9D2BB2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14" w:type="dxa"/>
                    </w:tcPr>
                    <w:p w14:paraId="6C929FAC" w14:textId="77777777" w:rsidR="006E0242" w:rsidRPr="00546BA6" w:rsidRDefault="006E0242" w:rsidP="006356CC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47773579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800" w:type="dxa"/>
                    </w:tcPr>
                    <w:p w14:paraId="0D1B612A" w14:textId="3C516A75" w:rsidR="006E0242" w:rsidRDefault="006E0242" w:rsidP="006E024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6E0242" w:rsidRPr="00546BA6" w14:paraId="0F25CDC9" w14:textId="453665FA" w:rsidTr="006E0242">
              <w:tc>
                <w:tcPr>
                  <w:tcW w:w="1853" w:type="dxa"/>
                </w:tcPr>
                <w:p w14:paraId="56E9D04A" w14:textId="38416882" w:rsidR="006E0242" w:rsidRPr="00546BA6" w:rsidRDefault="006E0242" w:rsidP="006356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U12 (2015)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</w:t>
                  </w:r>
                  <w:r w:rsidRPr="00ED482D">
                    <w:rPr>
                      <w:rFonts w:ascii="Arial" w:hAnsi="Arial" w:cs="Arial"/>
                      <w:color w:val="EE0000"/>
                      <w:sz w:val="20"/>
                      <w:szCs w:val="20"/>
                    </w:rPr>
                    <w:t>5#5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-1520300405"/>
                  <w:placeholder>
                    <w:docPart w:val="D6F8A03834404384916D115C576EB2B3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14" w:type="dxa"/>
                    </w:tcPr>
                    <w:p w14:paraId="62E89194" w14:textId="77777777" w:rsidR="006E0242" w:rsidRPr="00546BA6" w:rsidRDefault="006E0242" w:rsidP="006356CC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-5378269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800" w:type="dxa"/>
                    </w:tcPr>
                    <w:p w14:paraId="52F30687" w14:textId="4C0125F2" w:rsidR="006E0242" w:rsidRDefault="006E0242" w:rsidP="006E024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6E0242" w:rsidRPr="00546BA6" w14:paraId="0AED1EC3" w14:textId="6EE3A914" w:rsidTr="006E0242">
              <w:tc>
                <w:tcPr>
                  <w:tcW w:w="1853" w:type="dxa"/>
                </w:tcPr>
                <w:p w14:paraId="38544487" w14:textId="4CF404DA" w:rsidR="006E0242" w:rsidRPr="00546BA6" w:rsidRDefault="006E0242" w:rsidP="006356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U13 (2014)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</w:t>
                  </w:r>
                  <w:r w:rsidRPr="00ED482D">
                    <w:rPr>
                      <w:rFonts w:ascii="Arial" w:hAnsi="Arial" w:cs="Arial"/>
                      <w:color w:val="EE0000"/>
                      <w:sz w:val="20"/>
                      <w:szCs w:val="20"/>
                    </w:rPr>
                    <w:t>5#5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1151098380"/>
                  <w:placeholder>
                    <w:docPart w:val="1DA4467EBA1B49B8B137D9BCC9850F34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14" w:type="dxa"/>
                    </w:tcPr>
                    <w:p w14:paraId="13D5C4D7" w14:textId="77777777" w:rsidR="006E0242" w:rsidRPr="00546BA6" w:rsidRDefault="006E0242" w:rsidP="006356CC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172117797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800" w:type="dxa"/>
                    </w:tcPr>
                    <w:p w14:paraId="2EDA57A8" w14:textId="0359C71B" w:rsidR="006E0242" w:rsidRDefault="006E0242" w:rsidP="006E024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</w:tbl>
          <w:p w14:paraId="45C1CA39" w14:textId="77777777" w:rsidR="00ED482D" w:rsidRPr="00546BA6" w:rsidRDefault="00ED482D" w:rsidP="006356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577835" w14:textId="77777777" w:rsidR="00FC4073" w:rsidRPr="00264514" w:rsidRDefault="00FC4073">
      <w:pPr>
        <w:rPr>
          <w:sz w:val="24"/>
          <w:szCs w:val="24"/>
        </w:rPr>
      </w:pPr>
    </w:p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4393"/>
        <w:gridCol w:w="4393"/>
      </w:tblGrid>
      <w:tr w:rsidR="00AD5ED5" w14:paraId="17245317" w14:textId="77777777" w:rsidTr="006E0242">
        <w:trPr>
          <w:trHeight w:val="451"/>
        </w:trPr>
        <w:tc>
          <w:tcPr>
            <w:tcW w:w="4393" w:type="dxa"/>
            <w:shd w:val="clear" w:color="auto" w:fill="FFFF00"/>
          </w:tcPr>
          <w:p w14:paraId="3D49886D" w14:textId="77777777" w:rsidR="00AD5ED5" w:rsidRDefault="00546BA6" w:rsidP="00546BA6">
            <w:pPr>
              <w:jc w:val="center"/>
              <w:rPr>
                <w:sz w:val="24"/>
                <w:szCs w:val="24"/>
              </w:rPr>
            </w:pPr>
            <w:proofErr w:type="spellStart"/>
            <w:r w:rsidRPr="00ED482D">
              <w:rPr>
                <w:b/>
                <w:bCs/>
                <w:color w:val="4F81BD" w:themeColor="accent1"/>
                <w:sz w:val="24"/>
                <w:szCs w:val="24"/>
              </w:rPr>
              <w:t>Journée</w:t>
            </w:r>
            <w:proofErr w:type="spellEnd"/>
            <w:r w:rsidRPr="00ED482D">
              <w:rPr>
                <w:b/>
                <w:bCs/>
                <w:color w:val="4F81BD" w:themeColor="accent1"/>
                <w:sz w:val="24"/>
                <w:szCs w:val="24"/>
              </w:rPr>
              <w:t xml:space="preserve"> Sportive</w:t>
            </w:r>
            <w:r w:rsidRPr="00264514">
              <w:rPr>
                <w:color w:val="4F81BD" w:themeColor="accent1"/>
                <w:sz w:val="24"/>
                <w:szCs w:val="24"/>
              </w:rPr>
              <w:t xml:space="preserve"> </w:t>
            </w:r>
            <w:r w:rsidRPr="00264514">
              <w:rPr>
                <w:sz w:val="24"/>
                <w:szCs w:val="24"/>
              </w:rPr>
              <w:t>– 31.01.2027</w:t>
            </w:r>
          </w:p>
          <w:p w14:paraId="49039AA9" w14:textId="1AA0C730" w:rsidR="00546BA6" w:rsidRDefault="00546BA6" w:rsidP="00546BA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Kunstrasenplatz</w:t>
            </w:r>
            <w:proofErr w:type="spellEnd"/>
            <w:r>
              <w:rPr>
                <w:sz w:val="24"/>
                <w:szCs w:val="24"/>
              </w:rPr>
              <w:t>/</w:t>
            </w:r>
            <w:r w:rsidRPr="00D96894">
              <w:rPr>
                <w:color w:val="4F81BD" w:themeColor="accent1"/>
                <w:sz w:val="24"/>
                <w:szCs w:val="24"/>
              </w:rPr>
              <w:t xml:space="preserve">Terrain </w:t>
            </w:r>
            <w:proofErr w:type="gramStart"/>
            <w:r w:rsidRPr="00D96894">
              <w:rPr>
                <w:color w:val="4F81BD" w:themeColor="accent1"/>
                <w:sz w:val="24"/>
                <w:szCs w:val="24"/>
              </w:rPr>
              <w:t>Synth</w:t>
            </w:r>
            <w:r>
              <w:rPr>
                <w:color w:val="4F81BD" w:themeColor="accent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–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Raeren</w:t>
            </w:r>
            <w:proofErr w:type="spellEnd"/>
          </w:p>
          <w:p w14:paraId="32A23657" w14:textId="2BD560C2" w:rsidR="00546BA6" w:rsidRDefault="00546BA6"/>
        </w:tc>
        <w:tc>
          <w:tcPr>
            <w:tcW w:w="4393" w:type="dxa"/>
            <w:shd w:val="clear" w:color="auto" w:fill="FFFF00"/>
          </w:tcPr>
          <w:p w14:paraId="6746523B" w14:textId="77777777" w:rsidR="00AD5ED5" w:rsidRDefault="00546BA6">
            <w:pPr>
              <w:rPr>
                <w:sz w:val="24"/>
                <w:szCs w:val="24"/>
              </w:rPr>
            </w:pPr>
            <w:r w:rsidRPr="00ED482D">
              <w:rPr>
                <w:b/>
                <w:bCs/>
                <w:sz w:val="24"/>
                <w:szCs w:val="24"/>
              </w:rPr>
              <w:t>RFC Outdoor-Turnier</w:t>
            </w:r>
            <w:r w:rsidRPr="00264514">
              <w:rPr>
                <w:sz w:val="24"/>
                <w:szCs w:val="24"/>
              </w:rPr>
              <w:t xml:space="preserve"> – 22.-23.05.2027</w:t>
            </w:r>
          </w:p>
          <w:p w14:paraId="50A53DC5" w14:textId="40F1FA11" w:rsidR="00546BA6" w:rsidRDefault="00546BA6" w:rsidP="00546B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Stadion/</w:t>
            </w:r>
            <w:r w:rsidRPr="00E70D4B">
              <w:rPr>
                <w:color w:val="4F81BD" w:themeColor="accent1"/>
                <w:sz w:val="24"/>
                <w:szCs w:val="24"/>
              </w:rPr>
              <w:t>Stade</w:t>
            </w:r>
            <w:r>
              <w:rPr>
                <w:sz w:val="24"/>
                <w:szCs w:val="24"/>
              </w:rPr>
              <w:t xml:space="preserve"> </w:t>
            </w:r>
            <w:r w:rsidRPr="00400496">
              <w:rPr>
                <w:color w:val="4F81BD" w:themeColor="accent1"/>
                <w:sz w:val="24"/>
                <w:szCs w:val="24"/>
              </w:rPr>
              <w:t>“</w:t>
            </w:r>
            <w:r w:rsidRPr="00E70D4B">
              <w:rPr>
                <w:color w:val="4F81BD" w:themeColor="accent1"/>
                <w:sz w:val="24"/>
                <w:szCs w:val="24"/>
              </w:rPr>
              <w:t>Auf Berg</w:t>
            </w:r>
            <w:r w:rsidR="00400496">
              <w:rPr>
                <w:color w:val="4F81BD" w:themeColor="accent1"/>
                <w:sz w:val="24"/>
                <w:szCs w:val="24"/>
              </w:rPr>
              <w:t>”</w:t>
            </w:r>
            <w:r>
              <w:rPr>
                <w:sz w:val="24"/>
                <w:szCs w:val="24"/>
              </w:rPr>
              <w:t>- R</w:t>
            </w:r>
            <w:proofErr w:type="spellStart"/>
            <w:r>
              <w:rPr>
                <w:sz w:val="24"/>
                <w:szCs w:val="24"/>
              </w:rPr>
              <w:t>aeren</w:t>
            </w:r>
            <w:proofErr w:type="spellEnd"/>
          </w:p>
          <w:p w14:paraId="140B78C1" w14:textId="790F262B" w:rsidR="00546BA6" w:rsidRDefault="00546BA6"/>
        </w:tc>
      </w:tr>
      <w:tr w:rsidR="006E0242" w14:paraId="083CDFBD" w14:textId="77777777" w:rsidTr="006E0242">
        <w:tc>
          <w:tcPr>
            <w:tcW w:w="4393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1925"/>
              <w:gridCol w:w="1584"/>
              <w:gridCol w:w="658"/>
            </w:tblGrid>
            <w:tr w:rsidR="006E0242" w:rsidRPr="00546BA6" w14:paraId="57221074" w14:textId="77777777" w:rsidTr="009E6A36">
              <w:tc>
                <w:tcPr>
                  <w:tcW w:w="1925" w:type="dxa"/>
                </w:tcPr>
                <w:p w14:paraId="7C150246" w14:textId="77777777" w:rsidR="006E0242" w:rsidRPr="00546BA6" w:rsidRDefault="006E0242" w:rsidP="009E6A3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U8 (2019)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5#5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178779575"/>
                  <w:placeholder>
                    <w:docPart w:val="4EC612BC66C24F32A01335573A16404E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84" w:type="dxa"/>
                    </w:tcPr>
                    <w:p w14:paraId="4D052BB8" w14:textId="77777777" w:rsidR="006E0242" w:rsidRPr="00546BA6" w:rsidRDefault="006E0242" w:rsidP="009E6A3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-47398912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58" w:type="dxa"/>
                    </w:tcPr>
                    <w:p w14:paraId="5A6B0816" w14:textId="77777777" w:rsidR="006E0242" w:rsidRDefault="006E0242" w:rsidP="009E6A36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6E0242" w:rsidRPr="00546BA6" w14:paraId="7BCFBE94" w14:textId="77777777" w:rsidTr="009E6A36">
              <w:tc>
                <w:tcPr>
                  <w:tcW w:w="1925" w:type="dxa"/>
                </w:tcPr>
                <w:p w14:paraId="50DE1186" w14:textId="77777777" w:rsidR="006E0242" w:rsidRPr="00546BA6" w:rsidRDefault="006E0242" w:rsidP="009E6A3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U9 (2018)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5#5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133069172"/>
                  <w:placeholder>
                    <w:docPart w:val="2F5C00BB657349BA972FE229BE9E68E9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84" w:type="dxa"/>
                    </w:tcPr>
                    <w:p w14:paraId="72532448" w14:textId="77777777" w:rsidR="006E0242" w:rsidRPr="00546BA6" w:rsidRDefault="006E0242" w:rsidP="009E6A3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-110171150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58" w:type="dxa"/>
                    </w:tcPr>
                    <w:p w14:paraId="7AA3DFDB" w14:textId="77777777" w:rsidR="006E0242" w:rsidRDefault="006E0242" w:rsidP="009E6A36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6E0242" w:rsidRPr="00546BA6" w14:paraId="5D180BA3" w14:textId="77777777" w:rsidTr="009E6A36">
              <w:tc>
                <w:tcPr>
                  <w:tcW w:w="1925" w:type="dxa"/>
                </w:tcPr>
                <w:p w14:paraId="6BCF34DD" w14:textId="77777777" w:rsidR="006E0242" w:rsidRPr="00546BA6" w:rsidRDefault="006E0242" w:rsidP="009E6A3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U10 (2017)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8#8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1187186380"/>
                  <w:placeholder>
                    <w:docPart w:val="5D9B60BDFF89470E97255E96AD8ABF6B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84" w:type="dxa"/>
                    </w:tcPr>
                    <w:p w14:paraId="072C014B" w14:textId="77777777" w:rsidR="006E0242" w:rsidRPr="00546BA6" w:rsidRDefault="006E0242" w:rsidP="009E6A3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11503616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58" w:type="dxa"/>
                    </w:tcPr>
                    <w:p w14:paraId="3E3A493A" w14:textId="77777777" w:rsidR="006E0242" w:rsidRDefault="006E0242" w:rsidP="009E6A36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6E0242" w:rsidRPr="00546BA6" w14:paraId="1F3016E4" w14:textId="77777777" w:rsidTr="009E6A36">
              <w:tc>
                <w:tcPr>
                  <w:tcW w:w="1925" w:type="dxa"/>
                </w:tcPr>
                <w:p w14:paraId="7E8356AF" w14:textId="77777777" w:rsidR="006E0242" w:rsidRPr="00546BA6" w:rsidRDefault="006E0242" w:rsidP="009E6A3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U11 (2016)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8#8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-496803374"/>
                  <w:placeholder>
                    <w:docPart w:val="69B905C441AB4071A3287E10E551EC57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84" w:type="dxa"/>
                    </w:tcPr>
                    <w:p w14:paraId="0FA17C0D" w14:textId="77777777" w:rsidR="006E0242" w:rsidRPr="00546BA6" w:rsidRDefault="006E0242" w:rsidP="009E6A3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42053282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58" w:type="dxa"/>
                    </w:tcPr>
                    <w:p w14:paraId="4120B798" w14:textId="77777777" w:rsidR="006E0242" w:rsidRDefault="006E0242" w:rsidP="009E6A36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6E0242" w:rsidRPr="00546BA6" w14:paraId="19EB337C" w14:textId="77777777" w:rsidTr="009E6A36">
              <w:tc>
                <w:tcPr>
                  <w:tcW w:w="1925" w:type="dxa"/>
                </w:tcPr>
                <w:p w14:paraId="12EAE60C" w14:textId="77777777" w:rsidR="006E0242" w:rsidRPr="00546BA6" w:rsidRDefault="006E0242" w:rsidP="009E6A3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U12 (2015)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8#8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193503678"/>
                  <w:placeholder>
                    <w:docPart w:val="8B69F35EC8964E0F80BF0C44C715CA12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84" w:type="dxa"/>
                    </w:tcPr>
                    <w:p w14:paraId="58881D32" w14:textId="77777777" w:rsidR="006E0242" w:rsidRPr="00546BA6" w:rsidRDefault="006E0242" w:rsidP="009E6A3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123320178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58" w:type="dxa"/>
                    </w:tcPr>
                    <w:p w14:paraId="78D4E1E6" w14:textId="77777777" w:rsidR="006E0242" w:rsidRDefault="006E0242" w:rsidP="009E6A36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6E0242" w:rsidRPr="00546BA6" w14:paraId="2AC481F5" w14:textId="77777777" w:rsidTr="009E6A36">
              <w:tc>
                <w:tcPr>
                  <w:tcW w:w="1925" w:type="dxa"/>
                </w:tcPr>
                <w:p w14:paraId="6F22EA7F" w14:textId="77777777" w:rsidR="006E0242" w:rsidRPr="00546BA6" w:rsidRDefault="006E0242" w:rsidP="009E6A3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U13 (2014)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8#8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749470501"/>
                  <w:placeholder>
                    <w:docPart w:val="649A1D182F11465B8BC68241A161323F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84" w:type="dxa"/>
                    </w:tcPr>
                    <w:p w14:paraId="298AEACC" w14:textId="77777777" w:rsidR="006E0242" w:rsidRPr="00546BA6" w:rsidRDefault="006E0242" w:rsidP="009E6A3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-36051546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58" w:type="dxa"/>
                    </w:tcPr>
                    <w:p w14:paraId="515E53DF" w14:textId="77777777" w:rsidR="006E0242" w:rsidRDefault="006E0242" w:rsidP="009E6A36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</w:tbl>
          <w:p w14:paraId="4FBA55B7" w14:textId="77777777" w:rsidR="006E0242" w:rsidRPr="00546BA6" w:rsidRDefault="006E0242" w:rsidP="009E6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3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1853"/>
              <w:gridCol w:w="1514"/>
              <w:gridCol w:w="800"/>
            </w:tblGrid>
            <w:tr w:rsidR="006E0242" w:rsidRPr="00546BA6" w14:paraId="4A6AFF3A" w14:textId="77777777" w:rsidTr="009E6A36">
              <w:tc>
                <w:tcPr>
                  <w:tcW w:w="1853" w:type="dxa"/>
                </w:tcPr>
                <w:p w14:paraId="3A7732C9" w14:textId="77777777" w:rsidR="006E0242" w:rsidRPr="00546BA6" w:rsidRDefault="006E0242" w:rsidP="009E6A3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U8 (2019)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5#5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-1168640981"/>
                  <w:placeholder>
                    <w:docPart w:val="A6D83FC7B950408B9781C3E9BD65D377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14" w:type="dxa"/>
                    </w:tcPr>
                    <w:p w14:paraId="09E412AD" w14:textId="77777777" w:rsidR="006E0242" w:rsidRPr="00546BA6" w:rsidRDefault="006E0242" w:rsidP="009E6A3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189978210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800" w:type="dxa"/>
                    </w:tcPr>
                    <w:p w14:paraId="0DAD3F88" w14:textId="77777777" w:rsidR="006E0242" w:rsidRDefault="006E0242" w:rsidP="006E024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6E0242" w:rsidRPr="00546BA6" w14:paraId="12370E5F" w14:textId="77777777" w:rsidTr="009E6A36">
              <w:tc>
                <w:tcPr>
                  <w:tcW w:w="1853" w:type="dxa"/>
                </w:tcPr>
                <w:p w14:paraId="05CE1E1A" w14:textId="77777777" w:rsidR="006E0242" w:rsidRPr="00546BA6" w:rsidRDefault="006E0242" w:rsidP="009E6A3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U9 (2018)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5#5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187881199"/>
                  <w:placeholder>
                    <w:docPart w:val="2503FF0607384A109F8244662AEBD2B7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14" w:type="dxa"/>
                    </w:tcPr>
                    <w:p w14:paraId="4F65909A" w14:textId="77777777" w:rsidR="006E0242" w:rsidRPr="00546BA6" w:rsidRDefault="006E0242" w:rsidP="009E6A3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-35072766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800" w:type="dxa"/>
                    </w:tcPr>
                    <w:p w14:paraId="066956E4" w14:textId="77777777" w:rsidR="006E0242" w:rsidRDefault="006E0242" w:rsidP="006E024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6E0242" w:rsidRPr="00546BA6" w14:paraId="5B9951BE" w14:textId="77777777" w:rsidTr="009E6A36">
              <w:tc>
                <w:tcPr>
                  <w:tcW w:w="1853" w:type="dxa"/>
                </w:tcPr>
                <w:p w14:paraId="652F060F" w14:textId="71E1375B" w:rsidR="006E0242" w:rsidRPr="00546BA6" w:rsidRDefault="006E0242" w:rsidP="009E6A3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U10 (2017)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8#8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404028852"/>
                  <w:placeholder>
                    <w:docPart w:val="657ACD6A17B84B5A8601EC2EB4C44D0F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14" w:type="dxa"/>
                    </w:tcPr>
                    <w:p w14:paraId="58086C74" w14:textId="77777777" w:rsidR="006E0242" w:rsidRPr="00546BA6" w:rsidRDefault="006E0242" w:rsidP="009E6A3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15978260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800" w:type="dxa"/>
                    </w:tcPr>
                    <w:p w14:paraId="56357368" w14:textId="77777777" w:rsidR="006E0242" w:rsidRDefault="006E0242" w:rsidP="006E024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6E0242" w:rsidRPr="00546BA6" w14:paraId="78346B14" w14:textId="77777777" w:rsidTr="009E6A36">
              <w:tc>
                <w:tcPr>
                  <w:tcW w:w="1853" w:type="dxa"/>
                </w:tcPr>
                <w:p w14:paraId="23E1D49F" w14:textId="1C016BA9" w:rsidR="006E0242" w:rsidRPr="00546BA6" w:rsidRDefault="006E0242" w:rsidP="009E6A3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U11 (2016)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8#8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299808642"/>
                  <w:placeholder>
                    <w:docPart w:val="1678222FE0D245958CF0BEA60DBDCCFA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14" w:type="dxa"/>
                    </w:tcPr>
                    <w:p w14:paraId="29A68F23" w14:textId="77777777" w:rsidR="006E0242" w:rsidRPr="00546BA6" w:rsidRDefault="006E0242" w:rsidP="009E6A3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150616750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800" w:type="dxa"/>
                    </w:tcPr>
                    <w:p w14:paraId="75CDEE1B" w14:textId="77777777" w:rsidR="006E0242" w:rsidRDefault="006E0242" w:rsidP="006E024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6E0242" w:rsidRPr="00546BA6" w14:paraId="72B2F353" w14:textId="77777777" w:rsidTr="009E6A36">
              <w:tc>
                <w:tcPr>
                  <w:tcW w:w="1853" w:type="dxa"/>
                </w:tcPr>
                <w:p w14:paraId="0DFCE66A" w14:textId="7A9F91F3" w:rsidR="006E0242" w:rsidRPr="00546BA6" w:rsidRDefault="006E0242" w:rsidP="009E6A3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U12 (2015)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8#8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-999963114"/>
                  <w:placeholder>
                    <w:docPart w:val="F99FDA5DBE354BF19FE9A0B88F098745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14" w:type="dxa"/>
                    </w:tcPr>
                    <w:p w14:paraId="3A2025A2" w14:textId="77777777" w:rsidR="006E0242" w:rsidRPr="00546BA6" w:rsidRDefault="006E0242" w:rsidP="009E6A3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-162769370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800" w:type="dxa"/>
                    </w:tcPr>
                    <w:p w14:paraId="7E50895F" w14:textId="77777777" w:rsidR="006E0242" w:rsidRDefault="006E0242" w:rsidP="006E024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6E0242" w:rsidRPr="00546BA6" w14:paraId="7D7A8958" w14:textId="77777777" w:rsidTr="009E6A36">
              <w:tc>
                <w:tcPr>
                  <w:tcW w:w="1853" w:type="dxa"/>
                </w:tcPr>
                <w:p w14:paraId="562DB40F" w14:textId="13787A37" w:rsidR="006E0242" w:rsidRPr="00546BA6" w:rsidRDefault="006E0242" w:rsidP="009E6A3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6BA6">
                    <w:rPr>
                      <w:rFonts w:ascii="Arial" w:hAnsi="Arial" w:cs="Arial"/>
                      <w:sz w:val="20"/>
                      <w:szCs w:val="20"/>
                    </w:rPr>
                    <w:t>U13 (2014)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8#8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2099064947"/>
                  <w:placeholder>
                    <w:docPart w:val="34907E9BF62341CBA2E7C1C62CAE58ED"/>
                  </w:placeholder>
                  <w:dropDownList>
                    <w:listItem w:displayText="Niveau:" w:value="Niveau:"/>
                    <w:listItem w:displayText="eher schwach / plutôt faible" w:value="eher schwach / plutôt faible"/>
                    <w:listItem w:displayText="eher stark / plutôt fort" w:value="eher stark / plutôt fort"/>
                  </w:dropDownList>
                </w:sdtPr>
                <w:sdtEndPr/>
                <w:sdtContent>
                  <w:tc>
                    <w:tcPr>
                      <w:tcW w:w="1514" w:type="dxa"/>
                    </w:tcPr>
                    <w:p w14:paraId="3261757F" w14:textId="77777777" w:rsidR="006E0242" w:rsidRPr="00546BA6" w:rsidRDefault="006E0242" w:rsidP="009E6A3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46BA6">
                        <w:rPr>
                          <w:rFonts w:ascii="Arial" w:hAnsi="Arial" w:cs="Arial"/>
                          <w:sz w:val="20"/>
                          <w:szCs w:val="20"/>
                        </w:rPr>
                        <w:t>Niveau: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id w:val="-22021531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800" w:type="dxa"/>
                    </w:tcPr>
                    <w:p w14:paraId="5FE55F01" w14:textId="77777777" w:rsidR="006E0242" w:rsidRDefault="006E0242" w:rsidP="006E024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</w:tbl>
          <w:p w14:paraId="60F3E8F5" w14:textId="77777777" w:rsidR="006E0242" w:rsidRPr="00546BA6" w:rsidRDefault="006E0242" w:rsidP="009E6A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F660FE" w14:textId="203874F3" w:rsidR="00267F76" w:rsidRDefault="00267F76">
      <w:pPr>
        <w:rPr>
          <w:rFonts w:ascii="Segoe UI Emoji" w:hAnsi="Segoe UI Emoji" w:cs="Segoe UI Emoji"/>
          <w:sz w:val="20"/>
          <w:szCs w:val="20"/>
          <w:lang w:val="de-DE"/>
        </w:rPr>
      </w:pPr>
    </w:p>
    <w:p w14:paraId="4741ED55" w14:textId="551A8893" w:rsidR="00264514" w:rsidRDefault="00267F76">
      <w:pPr>
        <w:rPr>
          <w:rFonts w:ascii="Cavolini" w:hAnsi="Cavolini" w:cs="Cavolini"/>
          <w:sz w:val="20"/>
          <w:szCs w:val="20"/>
        </w:rPr>
      </w:pPr>
      <w:r w:rsidRPr="00267F76">
        <w:rPr>
          <w:rFonts w:ascii="Segoe UI Emoji" w:hAnsi="Segoe UI Emoji" w:cs="Segoe UI Emoji"/>
          <w:sz w:val="20"/>
          <w:szCs w:val="20"/>
          <w:lang w:val="de-DE"/>
        </w:rPr>
        <w:t>🟨</w:t>
      </w:r>
      <w:r w:rsidRPr="00267F76">
        <w:rPr>
          <w:rFonts w:ascii="Cavolini" w:hAnsi="Cavolini" w:cs="Cavolini"/>
          <w:sz w:val="20"/>
          <w:szCs w:val="20"/>
          <w:lang w:val="fr-BE"/>
        </w:rPr>
        <w:t xml:space="preserve"> (</w:t>
      </w:r>
      <w:proofErr w:type="spellStart"/>
      <w:r w:rsidRPr="00267F76">
        <w:rPr>
          <w:rFonts w:ascii="Cavolini" w:hAnsi="Cavolini" w:cs="Cavolini"/>
          <w:sz w:val="20"/>
          <w:szCs w:val="20"/>
        </w:rPr>
        <w:t>evtl</w:t>
      </w:r>
      <w:proofErr w:type="spellEnd"/>
      <w:r w:rsidRPr="00267F76">
        <w:rPr>
          <w:rFonts w:ascii="Cavolini" w:hAnsi="Cavolini" w:cs="Cavolini"/>
          <w:sz w:val="20"/>
          <w:szCs w:val="20"/>
        </w:rPr>
        <w:t xml:space="preserve">.) </w:t>
      </w:r>
      <w:proofErr w:type="spellStart"/>
      <w:r w:rsidRPr="00267F76">
        <w:rPr>
          <w:rFonts w:ascii="Cavolini" w:hAnsi="Cavolini" w:cs="Cavolini"/>
          <w:sz w:val="20"/>
          <w:szCs w:val="20"/>
        </w:rPr>
        <w:t>Kommentar</w:t>
      </w:r>
      <w:proofErr w:type="spellEnd"/>
      <w:r w:rsidRPr="00267F76">
        <w:rPr>
          <w:rFonts w:ascii="Cavolini" w:hAnsi="Cavolini" w:cs="Cavolini"/>
          <w:sz w:val="20"/>
          <w:szCs w:val="20"/>
        </w:rPr>
        <w:t xml:space="preserve"> - </w:t>
      </w:r>
      <w:proofErr w:type="spellStart"/>
      <w:r w:rsidRPr="00267F76">
        <w:rPr>
          <w:rFonts w:ascii="Cavolini" w:hAnsi="Cavolini" w:cs="Cavolini"/>
          <w:color w:val="4F81BD" w:themeColor="accent1"/>
          <w:sz w:val="20"/>
          <w:szCs w:val="20"/>
        </w:rPr>
        <w:t>commentaire</w:t>
      </w:r>
      <w:proofErr w:type="spellEnd"/>
      <w:r w:rsidRPr="00267F76">
        <w:rPr>
          <w:rFonts w:ascii="Cavolini" w:hAnsi="Cavolini" w:cs="Cavolini"/>
          <w:color w:val="4F81BD" w:themeColor="accent1"/>
          <w:sz w:val="20"/>
          <w:szCs w:val="20"/>
        </w:rPr>
        <w:t xml:space="preserve"> (</w:t>
      </w:r>
      <w:proofErr w:type="spellStart"/>
      <w:r w:rsidRPr="00267F76">
        <w:rPr>
          <w:rFonts w:ascii="Cavolini" w:hAnsi="Cavolini" w:cs="Cavolini"/>
          <w:color w:val="4F81BD" w:themeColor="accent1"/>
          <w:sz w:val="20"/>
          <w:szCs w:val="20"/>
        </w:rPr>
        <w:t>évtl</w:t>
      </w:r>
      <w:proofErr w:type="spellEnd"/>
      <w:r w:rsidRPr="00267F76">
        <w:rPr>
          <w:rFonts w:ascii="Cavolini" w:hAnsi="Cavolini" w:cs="Cavolini"/>
          <w:color w:val="4F81BD" w:themeColor="accent1"/>
          <w:sz w:val="20"/>
          <w:szCs w:val="20"/>
        </w:rPr>
        <w:t xml:space="preserve">.):  </w:t>
      </w:r>
      <w:r>
        <w:rPr>
          <w:rFonts w:ascii="Cavolini" w:hAnsi="Cavolini" w:cs="Cavolini"/>
          <w:sz w:val="20"/>
          <w:szCs w:val="20"/>
        </w:rPr>
        <w:t>______________________________</w:t>
      </w:r>
    </w:p>
    <w:p w14:paraId="3B1E8041" w14:textId="77777777" w:rsidR="006E0242" w:rsidRDefault="006E0242">
      <w:pPr>
        <w:rPr>
          <w:rFonts w:ascii="Cavolini" w:hAnsi="Cavolini" w:cs="Cavolini"/>
          <w:sz w:val="20"/>
          <w:szCs w:val="20"/>
        </w:rPr>
      </w:pPr>
    </w:p>
    <w:p w14:paraId="64D86771" w14:textId="79FE021D" w:rsidR="00925C9D" w:rsidRPr="00267F76" w:rsidRDefault="00267F76">
      <w:pPr>
        <w:rPr>
          <w:rFonts w:ascii="Cavolini" w:hAnsi="Cavolini" w:cs="Cavolini"/>
          <w:i/>
          <w:iCs/>
          <w:color w:val="4F81BD" w:themeColor="accent1"/>
          <w:sz w:val="24"/>
          <w:szCs w:val="24"/>
          <w:lang w:val="de-DE"/>
        </w:rPr>
      </w:pPr>
      <w:r w:rsidRPr="00267F76">
        <w:rPr>
          <w:rFonts w:ascii="Segoe UI Emoji" w:hAnsi="Segoe UI Emoji" w:cs="Segoe UI Emoji"/>
          <w:lang w:val="de-DE"/>
        </w:rPr>
        <w:t>🟨</w:t>
      </w:r>
      <w:r>
        <w:rPr>
          <w:rFonts w:ascii="Segoe UI Emoji" w:hAnsi="Segoe UI Emoji" w:cs="Segoe UI Emoji"/>
          <w:lang w:val="de-DE"/>
        </w:rPr>
        <w:t xml:space="preserve"> </w:t>
      </w:r>
      <w:proofErr w:type="spellStart"/>
      <w:r w:rsidR="009756B4" w:rsidRPr="00267F76">
        <w:rPr>
          <w:rFonts w:ascii="Cavolini" w:hAnsi="Cavolini" w:cs="Cavolini"/>
        </w:rPr>
        <w:t>Rücksendung</w:t>
      </w:r>
      <w:proofErr w:type="spellEnd"/>
      <w:r w:rsidR="009756B4" w:rsidRPr="00267F76">
        <w:rPr>
          <w:rFonts w:ascii="Cavolini" w:hAnsi="Cavolini" w:cs="Cavolini"/>
        </w:rPr>
        <w:t xml:space="preserve"> / </w:t>
      </w:r>
      <w:r w:rsidR="009756B4" w:rsidRPr="00267F76">
        <w:rPr>
          <w:rFonts w:ascii="Cavolini" w:hAnsi="Cavolini" w:cs="Cavolini"/>
          <w:color w:val="4F81BD" w:themeColor="accent1"/>
        </w:rPr>
        <w:t>Retour</w:t>
      </w:r>
      <w:r w:rsidR="00264514">
        <w:t xml:space="preserve"> -&gt; </w:t>
      </w:r>
      <w:r w:rsidR="009756B4">
        <w:t xml:space="preserve"> </w:t>
      </w:r>
      <w:hyperlink r:id="rId12" w:history="1">
        <w:r w:rsidR="007126CF" w:rsidRPr="003D611B">
          <w:rPr>
            <w:rStyle w:val="Hyperlink"/>
            <w:rFonts w:ascii="Cavolini" w:hAnsi="Cavolini" w:cs="Cavolini"/>
            <w:i/>
            <w:iCs/>
            <w:sz w:val="24"/>
            <w:szCs w:val="24"/>
          </w:rPr>
          <w:t>turniere@rfc-raeren-eynatten.be</w:t>
        </w:r>
      </w:hyperlink>
    </w:p>
    <w:sectPr w:rsidR="00925C9D" w:rsidRPr="00267F76" w:rsidSect="00E15FAB">
      <w:pgSz w:w="12240" w:h="15840"/>
      <w:pgMar w:top="737" w:right="1797" w:bottom="144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F9014" w14:textId="77777777" w:rsidR="00C12492" w:rsidRDefault="00C12492" w:rsidP="00005307">
      <w:pPr>
        <w:spacing w:after="0" w:line="240" w:lineRule="auto"/>
      </w:pPr>
      <w:r>
        <w:separator/>
      </w:r>
    </w:p>
  </w:endnote>
  <w:endnote w:type="continuationSeparator" w:id="0">
    <w:p w14:paraId="4040B1ED" w14:textId="77777777" w:rsidR="00C12492" w:rsidRDefault="00C12492" w:rsidP="00005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8BBB4" w14:textId="77777777" w:rsidR="00C12492" w:rsidRDefault="00C12492" w:rsidP="00005307">
      <w:pPr>
        <w:spacing w:after="0" w:line="240" w:lineRule="auto"/>
      </w:pPr>
      <w:r>
        <w:separator/>
      </w:r>
    </w:p>
  </w:footnote>
  <w:footnote w:type="continuationSeparator" w:id="0">
    <w:p w14:paraId="696DD548" w14:textId="77777777" w:rsidR="00C12492" w:rsidRDefault="00C12492" w:rsidP="000053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2155475">
    <w:abstractNumId w:val="8"/>
  </w:num>
  <w:num w:numId="2" w16cid:durableId="240873583">
    <w:abstractNumId w:val="6"/>
  </w:num>
  <w:num w:numId="3" w16cid:durableId="1814758359">
    <w:abstractNumId w:val="5"/>
  </w:num>
  <w:num w:numId="4" w16cid:durableId="1628507853">
    <w:abstractNumId w:val="4"/>
  </w:num>
  <w:num w:numId="5" w16cid:durableId="199785511">
    <w:abstractNumId w:val="7"/>
  </w:num>
  <w:num w:numId="6" w16cid:durableId="2051494556">
    <w:abstractNumId w:val="3"/>
  </w:num>
  <w:num w:numId="7" w16cid:durableId="2082944358">
    <w:abstractNumId w:val="2"/>
  </w:num>
  <w:num w:numId="8" w16cid:durableId="556209730">
    <w:abstractNumId w:val="1"/>
  </w:num>
  <w:num w:numId="9" w16cid:durableId="697583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307"/>
    <w:rsid w:val="00034616"/>
    <w:rsid w:val="00053162"/>
    <w:rsid w:val="0006063C"/>
    <w:rsid w:val="001340EC"/>
    <w:rsid w:val="0015074B"/>
    <w:rsid w:val="001648EE"/>
    <w:rsid w:val="0018772C"/>
    <w:rsid w:val="00196EDD"/>
    <w:rsid w:val="001B6751"/>
    <w:rsid w:val="001C78FA"/>
    <w:rsid w:val="001D3FE1"/>
    <w:rsid w:val="001F753F"/>
    <w:rsid w:val="002034FB"/>
    <w:rsid w:val="0022058C"/>
    <w:rsid w:val="00264514"/>
    <w:rsid w:val="00267F76"/>
    <w:rsid w:val="0029639D"/>
    <w:rsid w:val="00326F90"/>
    <w:rsid w:val="00400496"/>
    <w:rsid w:val="00434B34"/>
    <w:rsid w:val="00465DCA"/>
    <w:rsid w:val="00470FBD"/>
    <w:rsid w:val="00511B9B"/>
    <w:rsid w:val="00546BA6"/>
    <w:rsid w:val="005930A6"/>
    <w:rsid w:val="005B1B00"/>
    <w:rsid w:val="005C33A8"/>
    <w:rsid w:val="0060286E"/>
    <w:rsid w:val="00622B9E"/>
    <w:rsid w:val="0063571B"/>
    <w:rsid w:val="00652C5B"/>
    <w:rsid w:val="006816B2"/>
    <w:rsid w:val="006E0242"/>
    <w:rsid w:val="006E7175"/>
    <w:rsid w:val="007126CF"/>
    <w:rsid w:val="007E351B"/>
    <w:rsid w:val="00841025"/>
    <w:rsid w:val="00863321"/>
    <w:rsid w:val="00870576"/>
    <w:rsid w:val="00875F5E"/>
    <w:rsid w:val="008A1890"/>
    <w:rsid w:val="008C1B55"/>
    <w:rsid w:val="008E5A66"/>
    <w:rsid w:val="00925C9D"/>
    <w:rsid w:val="00932E2C"/>
    <w:rsid w:val="009756B4"/>
    <w:rsid w:val="00986917"/>
    <w:rsid w:val="00996764"/>
    <w:rsid w:val="009B2C7D"/>
    <w:rsid w:val="009F0F1F"/>
    <w:rsid w:val="00A468BB"/>
    <w:rsid w:val="00A57D69"/>
    <w:rsid w:val="00A60A4E"/>
    <w:rsid w:val="00A753F4"/>
    <w:rsid w:val="00AA1D8D"/>
    <w:rsid w:val="00AB01DB"/>
    <w:rsid w:val="00AD5ED5"/>
    <w:rsid w:val="00AF5159"/>
    <w:rsid w:val="00B022B8"/>
    <w:rsid w:val="00B47730"/>
    <w:rsid w:val="00BF1CAA"/>
    <w:rsid w:val="00C12492"/>
    <w:rsid w:val="00C503CA"/>
    <w:rsid w:val="00C70285"/>
    <w:rsid w:val="00C7125E"/>
    <w:rsid w:val="00CB0664"/>
    <w:rsid w:val="00D27FCD"/>
    <w:rsid w:val="00D960BC"/>
    <w:rsid w:val="00D96894"/>
    <w:rsid w:val="00DA5626"/>
    <w:rsid w:val="00DC27AC"/>
    <w:rsid w:val="00DC6BEC"/>
    <w:rsid w:val="00DF3E24"/>
    <w:rsid w:val="00E15FAB"/>
    <w:rsid w:val="00E4791D"/>
    <w:rsid w:val="00E51491"/>
    <w:rsid w:val="00E70D4B"/>
    <w:rsid w:val="00ED482D"/>
    <w:rsid w:val="00FC40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07355C"/>
  <w14:defaultImageDpi w14:val="300"/>
  <w15:docId w15:val="{62290556-B9DB-4200-927D-27E65DB41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tzhaltertext">
    <w:name w:val="Placeholder Text"/>
    <w:basedOn w:val="Absatz-Standardschriftart"/>
    <w:uiPriority w:val="99"/>
    <w:semiHidden/>
    <w:rsid w:val="005930A6"/>
    <w:rPr>
      <w:color w:val="666666"/>
    </w:rPr>
  </w:style>
  <w:style w:type="character" w:styleId="Hyperlink">
    <w:name w:val="Hyperlink"/>
    <w:basedOn w:val="Absatz-Standardschriftart"/>
    <w:uiPriority w:val="99"/>
    <w:unhideWhenUsed/>
    <w:rsid w:val="007126CF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126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urniere@rfc-raeren-eynatten.b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1031AB76EE439DA02C1EB1154FAB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C601EF-01D1-410E-B5AE-2C208BA0EB66}"/>
      </w:docPartPr>
      <w:docPartBody>
        <w:p w:rsidR="0032038D" w:rsidRDefault="006D607F" w:rsidP="006D607F">
          <w:pPr>
            <w:pStyle w:val="191031AB76EE439DA02C1EB1154FAB81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9DEBA38268EE41F6862A6972CB2F2F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62235A-D006-49D0-89F0-B69ADFC6B34F}"/>
      </w:docPartPr>
      <w:docPartBody>
        <w:p w:rsidR="0032038D" w:rsidRDefault="006D607F" w:rsidP="006D607F">
          <w:pPr>
            <w:pStyle w:val="9DEBA38268EE41F6862A6972CB2F2FFD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B64BF1817DB444B2B453494775FC4B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758965-B8B1-4683-AE21-F0DC35285290}"/>
      </w:docPartPr>
      <w:docPartBody>
        <w:p w:rsidR="0032038D" w:rsidRDefault="006D607F" w:rsidP="006D607F">
          <w:pPr>
            <w:pStyle w:val="B64BF1817DB444B2B453494775FC4B1E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E2413571EE024880A06615F7D7904D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9696B9-8063-4FC5-AC01-F77F973EC6AD}"/>
      </w:docPartPr>
      <w:docPartBody>
        <w:p w:rsidR="0032038D" w:rsidRDefault="006D607F" w:rsidP="006D607F">
          <w:pPr>
            <w:pStyle w:val="E2413571EE024880A06615F7D7904DD6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1B5574692B6D41D68B867A61501778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EBC65B-330B-4FE6-8FD5-E501B48442BB}"/>
      </w:docPartPr>
      <w:docPartBody>
        <w:p w:rsidR="0032038D" w:rsidRDefault="006D607F" w:rsidP="006D607F">
          <w:pPr>
            <w:pStyle w:val="1B5574692B6D41D68B867A61501778C1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487FE26C06C64B889F724D20B652F8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DEA460-F3F2-469E-9E55-35D4C71F74CD}"/>
      </w:docPartPr>
      <w:docPartBody>
        <w:p w:rsidR="0032038D" w:rsidRDefault="006D607F" w:rsidP="006D607F">
          <w:pPr>
            <w:pStyle w:val="487FE26C06C64B889F724D20B652F899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78B8B0B6E98745318A2BF139128FAB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B01EEE-4FED-486F-B01A-7725CEAB6102}"/>
      </w:docPartPr>
      <w:docPartBody>
        <w:p w:rsidR="0032038D" w:rsidRDefault="006D607F" w:rsidP="006D607F">
          <w:pPr>
            <w:pStyle w:val="78B8B0B6E98745318A2BF139128FABD0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7E30C9F2AFFF4792B7BAC55ABEF659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A0C3F1-C125-4F17-85D1-050F3EE601BC}"/>
      </w:docPartPr>
      <w:docPartBody>
        <w:p w:rsidR="0032038D" w:rsidRDefault="006D607F" w:rsidP="006D607F">
          <w:pPr>
            <w:pStyle w:val="7E30C9F2AFFF4792B7BAC55ABEF659FE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D37EE77B4E6C46078756E2DC083570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B16039-CCFA-4CBD-A546-B656335B763E}"/>
      </w:docPartPr>
      <w:docPartBody>
        <w:p w:rsidR="0032038D" w:rsidRDefault="006D607F" w:rsidP="006D607F">
          <w:pPr>
            <w:pStyle w:val="D37EE77B4E6C46078756E2DC08357046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A858159E58E04D4DABF4DC03EC9D2B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52B87F-D276-4F5D-A613-F48A962E0E23}"/>
      </w:docPartPr>
      <w:docPartBody>
        <w:p w:rsidR="0032038D" w:rsidRDefault="006D607F" w:rsidP="006D607F">
          <w:pPr>
            <w:pStyle w:val="A858159E58E04D4DABF4DC03EC9D2BB2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D6F8A03834404384916D115C576EB2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1304B3-9BCC-43A0-8A63-A0D39195DC32}"/>
      </w:docPartPr>
      <w:docPartBody>
        <w:p w:rsidR="0032038D" w:rsidRDefault="006D607F" w:rsidP="006D607F">
          <w:pPr>
            <w:pStyle w:val="D6F8A03834404384916D115C576EB2B3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1DA4467EBA1B49B8B137D9BCC9850F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820D8F-8ADA-45E5-875C-97A161AF436C}"/>
      </w:docPartPr>
      <w:docPartBody>
        <w:p w:rsidR="0032038D" w:rsidRDefault="006D607F" w:rsidP="006D607F">
          <w:pPr>
            <w:pStyle w:val="1DA4467EBA1B49B8B137D9BCC9850F34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4EC612BC66C24F32A01335573A1640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8D27E9-F10F-4F0F-A1E0-C5F53881FB7D}"/>
      </w:docPartPr>
      <w:docPartBody>
        <w:p w:rsidR="0032038D" w:rsidRDefault="006D607F" w:rsidP="006D607F">
          <w:pPr>
            <w:pStyle w:val="4EC612BC66C24F32A01335573A16404E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2F5C00BB657349BA972FE229BE9E68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82DDD3-D3D4-445B-A7DB-1D607D07A3CA}"/>
      </w:docPartPr>
      <w:docPartBody>
        <w:p w:rsidR="0032038D" w:rsidRDefault="006D607F" w:rsidP="006D607F">
          <w:pPr>
            <w:pStyle w:val="2F5C00BB657349BA972FE229BE9E68E9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5D9B60BDFF89470E97255E96AD8ABF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068391-613D-4CB4-8EF4-38DF03453BAF}"/>
      </w:docPartPr>
      <w:docPartBody>
        <w:p w:rsidR="0032038D" w:rsidRDefault="006D607F" w:rsidP="006D607F">
          <w:pPr>
            <w:pStyle w:val="5D9B60BDFF89470E97255E96AD8ABF6B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69B905C441AB4071A3287E10E551EC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9B1804-E2A3-4FEF-B920-A787661413A2}"/>
      </w:docPartPr>
      <w:docPartBody>
        <w:p w:rsidR="0032038D" w:rsidRDefault="006D607F" w:rsidP="006D607F">
          <w:pPr>
            <w:pStyle w:val="69B905C441AB4071A3287E10E551EC57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8B69F35EC8964E0F80BF0C44C715CA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33B0C0-603B-4BD2-ABC5-87BC500402CE}"/>
      </w:docPartPr>
      <w:docPartBody>
        <w:p w:rsidR="0032038D" w:rsidRDefault="006D607F" w:rsidP="006D607F">
          <w:pPr>
            <w:pStyle w:val="8B69F35EC8964E0F80BF0C44C715CA12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649A1D182F11465B8BC68241A16132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B0D519-F600-4C98-B513-38CFDF0B99E3}"/>
      </w:docPartPr>
      <w:docPartBody>
        <w:p w:rsidR="0032038D" w:rsidRDefault="006D607F" w:rsidP="006D607F">
          <w:pPr>
            <w:pStyle w:val="649A1D182F11465B8BC68241A161323F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A6D83FC7B950408B9781C3E9BD65D3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8EBE6A-7B84-4ED7-8524-D200770923FE}"/>
      </w:docPartPr>
      <w:docPartBody>
        <w:p w:rsidR="0032038D" w:rsidRDefault="006D607F" w:rsidP="006D607F">
          <w:pPr>
            <w:pStyle w:val="A6D83FC7B950408B9781C3E9BD65D377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2503FF0607384A109F8244662AEBD2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FB5AD0-DDC2-4ED1-842C-59B066E45BF8}"/>
      </w:docPartPr>
      <w:docPartBody>
        <w:p w:rsidR="0032038D" w:rsidRDefault="006D607F" w:rsidP="006D607F">
          <w:pPr>
            <w:pStyle w:val="2503FF0607384A109F8244662AEBD2B7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657ACD6A17B84B5A8601EC2EB4C44D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4E1C77-A553-44A9-94B0-206EDC59F341}"/>
      </w:docPartPr>
      <w:docPartBody>
        <w:p w:rsidR="0032038D" w:rsidRDefault="006D607F" w:rsidP="006D607F">
          <w:pPr>
            <w:pStyle w:val="657ACD6A17B84B5A8601EC2EB4C44D0F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1678222FE0D245958CF0BEA60DBDCC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91A4A3-E179-4114-BC04-5F30E152B344}"/>
      </w:docPartPr>
      <w:docPartBody>
        <w:p w:rsidR="0032038D" w:rsidRDefault="006D607F" w:rsidP="006D607F">
          <w:pPr>
            <w:pStyle w:val="1678222FE0D245958CF0BEA60DBDCCFA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F99FDA5DBE354BF19FE9A0B88F0987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634436-78BE-4608-A238-EF03F7BE7231}"/>
      </w:docPartPr>
      <w:docPartBody>
        <w:p w:rsidR="0032038D" w:rsidRDefault="006D607F" w:rsidP="006D607F">
          <w:pPr>
            <w:pStyle w:val="F99FDA5DBE354BF19FE9A0B88F098745"/>
          </w:pPr>
          <w:r w:rsidRPr="00B47E46">
            <w:rPr>
              <w:rStyle w:val="Platzhaltertext"/>
            </w:rPr>
            <w:t>Wählen Sie ein Element aus.</w:t>
          </w:r>
        </w:p>
      </w:docPartBody>
    </w:docPart>
    <w:docPart>
      <w:docPartPr>
        <w:name w:val="34907E9BF62341CBA2E7C1C62CAE58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CB76AF-0DC6-4673-AC04-9862D4A9B27D}"/>
      </w:docPartPr>
      <w:docPartBody>
        <w:p w:rsidR="0032038D" w:rsidRDefault="006D607F" w:rsidP="006D607F">
          <w:pPr>
            <w:pStyle w:val="34907E9BF62341CBA2E7C1C62CAE58ED"/>
          </w:pPr>
          <w:r w:rsidRPr="00B47E46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759"/>
    <w:rsid w:val="001B4759"/>
    <w:rsid w:val="0022058C"/>
    <w:rsid w:val="0032038D"/>
    <w:rsid w:val="00340338"/>
    <w:rsid w:val="00652C5B"/>
    <w:rsid w:val="006D607F"/>
    <w:rsid w:val="007755F2"/>
    <w:rsid w:val="008B15EF"/>
    <w:rsid w:val="008C1B55"/>
    <w:rsid w:val="00933404"/>
    <w:rsid w:val="00A36895"/>
    <w:rsid w:val="00AB5019"/>
    <w:rsid w:val="00B830BD"/>
    <w:rsid w:val="00DF3E24"/>
    <w:rsid w:val="00E4791D"/>
    <w:rsid w:val="00E6673E"/>
    <w:rsid w:val="00E8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D607F"/>
    <w:rPr>
      <w:color w:val="666666"/>
    </w:rPr>
  </w:style>
  <w:style w:type="paragraph" w:customStyle="1" w:styleId="191031AB76EE439DA02C1EB1154FAB81">
    <w:name w:val="191031AB76EE439DA02C1EB1154FAB81"/>
    <w:rsid w:val="006D607F"/>
  </w:style>
  <w:style w:type="paragraph" w:customStyle="1" w:styleId="9DEBA38268EE41F6862A6972CB2F2FFD">
    <w:name w:val="9DEBA38268EE41F6862A6972CB2F2FFD"/>
    <w:rsid w:val="006D607F"/>
  </w:style>
  <w:style w:type="paragraph" w:customStyle="1" w:styleId="B64BF1817DB444B2B453494775FC4B1E">
    <w:name w:val="B64BF1817DB444B2B453494775FC4B1E"/>
    <w:rsid w:val="006D607F"/>
  </w:style>
  <w:style w:type="paragraph" w:customStyle="1" w:styleId="E2413571EE024880A06615F7D7904DD6">
    <w:name w:val="E2413571EE024880A06615F7D7904DD6"/>
    <w:rsid w:val="006D607F"/>
  </w:style>
  <w:style w:type="paragraph" w:customStyle="1" w:styleId="1B5574692B6D41D68B867A61501778C1">
    <w:name w:val="1B5574692B6D41D68B867A61501778C1"/>
    <w:rsid w:val="006D607F"/>
  </w:style>
  <w:style w:type="paragraph" w:customStyle="1" w:styleId="487FE26C06C64B889F724D20B652F899">
    <w:name w:val="487FE26C06C64B889F724D20B652F899"/>
    <w:rsid w:val="006D607F"/>
  </w:style>
  <w:style w:type="paragraph" w:customStyle="1" w:styleId="78B8B0B6E98745318A2BF139128FABD0">
    <w:name w:val="78B8B0B6E98745318A2BF139128FABD0"/>
    <w:rsid w:val="006D607F"/>
  </w:style>
  <w:style w:type="paragraph" w:customStyle="1" w:styleId="7E30C9F2AFFF4792B7BAC55ABEF659FE">
    <w:name w:val="7E30C9F2AFFF4792B7BAC55ABEF659FE"/>
    <w:rsid w:val="006D607F"/>
  </w:style>
  <w:style w:type="paragraph" w:customStyle="1" w:styleId="D37EE77B4E6C46078756E2DC08357046">
    <w:name w:val="D37EE77B4E6C46078756E2DC08357046"/>
    <w:rsid w:val="006D607F"/>
  </w:style>
  <w:style w:type="paragraph" w:customStyle="1" w:styleId="A858159E58E04D4DABF4DC03EC9D2BB2">
    <w:name w:val="A858159E58E04D4DABF4DC03EC9D2BB2"/>
    <w:rsid w:val="006D607F"/>
  </w:style>
  <w:style w:type="paragraph" w:customStyle="1" w:styleId="D6F8A03834404384916D115C576EB2B3">
    <w:name w:val="D6F8A03834404384916D115C576EB2B3"/>
    <w:rsid w:val="006D607F"/>
  </w:style>
  <w:style w:type="paragraph" w:customStyle="1" w:styleId="1DA4467EBA1B49B8B137D9BCC9850F34">
    <w:name w:val="1DA4467EBA1B49B8B137D9BCC9850F34"/>
    <w:rsid w:val="006D607F"/>
  </w:style>
  <w:style w:type="paragraph" w:customStyle="1" w:styleId="4EC612BC66C24F32A01335573A16404E">
    <w:name w:val="4EC612BC66C24F32A01335573A16404E"/>
    <w:rsid w:val="006D607F"/>
  </w:style>
  <w:style w:type="paragraph" w:customStyle="1" w:styleId="2F5C00BB657349BA972FE229BE9E68E9">
    <w:name w:val="2F5C00BB657349BA972FE229BE9E68E9"/>
    <w:rsid w:val="006D607F"/>
  </w:style>
  <w:style w:type="paragraph" w:customStyle="1" w:styleId="5D9B60BDFF89470E97255E96AD8ABF6B">
    <w:name w:val="5D9B60BDFF89470E97255E96AD8ABF6B"/>
    <w:rsid w:val="006D607F"/>
  </w:style>
  <w:style w:type="paragraph" w:customStyle="1" w:styleId="69B905C441AB4071A3287E10E551EC57">
    <w:name w:val="69B905C441AB4071A3287E10E551EC57"/>
    <w:rsid w:val="006D607F"/>
  </w:style>
  <w:style w:type="paragraph" w:customStyle="1" w:styleId="8B69F35EC8964E0F80BF0C44C715CA12">
    <w:name w:val="8B69F35EC8964E0F80BF0C44C715CA12"/>
    <w:rsid w:val="006D607F"/>
  </w:style>
  <w:style w:type="paragraph" w:customStyle="1" w:styleId="649A1D182F11465B8BC68241A161323F">
    <w:name w:val="649A1D182F11465B8BC68241A161323F"/>
    <w:rsid w:val="006D607F"/>
  </w:style>
  <w:style w:type="paragraph" w:customStyle="1" w:styleId="A6D83FC7B950408B9781C3E9BD65D377">
    <w:name w:val="A6D83FC7B950408B9781C3E9BD65D377"/>
    <w:rsid w:val="006D607F"/>
  </w:style>
  <w:style w:type="paragraph" w:customStyle="1" w:styleId="2503FF0607384A109F8244662AEBD2B7">
    <w:name w:val="2503FF0607384A109F8244662AEBD2B7"/>
    <w:rsid w:val="006D607F"/>
  </w:style>
  <w:style w:type="paragraph" w:customStyle="1" w:styleId="657ACD6A17B84B5A8601EC2EB4C44D0F">
    <w:name w:val="657ACD6A17B84B5A8601EC2EB4C44D0F"/>
    <w:rsid w:val="006D607F"/>
  </w:style>
  <w:style w:type="paragraph" w:customStyle="1" w:styleId="1678222FE0D245958CF0BEA60DBDCCFA">
    <w:name w:val="1678222FE0D245958CF0BEA60DBDCCFA"/>
    <w:rsid w:val="006D607F"/>
  </w:style>
  <w:style w:type="paragraph" w:customStyle="1" w:styleId="F99FDA5DBE354BF19FE9A0B88F098745">
    <w:name w:val="F99FDA5DBE354BF19FE9A0B88F098745"/>
    <w:rsid w:val="006D607F"/>
  </w:style>
  <w:style w:type="paragraph" w:customStyle="1" w:styleId="34907E9BF62341CBA2E7C1C62CAE58ED">
    <w:name w:val="34907E9BF62341CBA2E7C1C62CAE58ED"/>
    <w:rsid w:val="006D60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BB8DC36942324FB35FDC81C8072BCE" ma:contentTypeVersion="12" ma:contentTypeDescription="Ein neues Dokument erstellen." ma:contentTypeScope="" ma:versionID="2d9f5579a059c99f0bc23c8cb5740c86">
  <xsd:schema xmlns:xsd="http://www.w3.org/2001/XMLSchema" xmlns:xs="http://www.w3.org/2001/XMLSchema" xmlns:p="http://schemas.microsoft.com/office/2006/metadata/properties" xmlns:ns2="5fa6d0fd-e612-455e-aa3c-a10fbdca0bed" xmlns:ns3="145969bb-564d-42e8-b16d-f1bf874bab92" targetNamespace="http://schemas.microsoft.com/office/2006/metadata/properties" ma:root="true" ma:fieldsID="da6ff6954db0446dbf4e88ce34fe5dff" ns2:_="" ns3:_="">
    <xsd:import namespace="5fa6d0fd-e612-455e-aa3c-a10fbdca0bed"/>
    <xsd:import namespace="145969bb-564d-42e8-b16d-f1bf874bab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6d0fd-e612-455e-aa3c-a10fbdca0b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846c73de-c127-4f8d-9977-4b44d0aff3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969bb-564d-42e8-b16d-f1bf874bab9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59db1ed-8cbd-47ee-a28b-c8c6c80b3c68}" ma:internalName="TaxCatchAll" ma:showField="CatchAllData" ma:web="145969bb-564d-42e8-b16d-f1bf874bab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5969bb-564d-42e8-b16d-f1bf874bab92" xsi:nil="true"/>
    <lcf76f155ced4ddcb4097134ff3c332f xmlns="5fa6d0fd-e612-455e-aa3c-a10fbdca0be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8817E8-5920-4587-85FD-64847216A57D}"/>
</file>

<file path=customXml/itemProps3.xml><?xml version="1.0" encoding="utf-8"?>
<ds:datastoreItem xmlns:ds="http://schemas.openxmlformats.org/officeDocument/2006/customXml" ds:itemID="{DA2BD915-3AC5-4A75-A463-73C000B019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B34E1A-F60E-4B6C-A73E-77B73B90CF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1451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>generated by python-docx</dc:description>
  <cp:lastModifiedBy>Bernadette Bebronne</cp:lastModifiedBy>
  <cp:revision>2</cp:revision>
  <cp:lastPrinted>2026-09-07T17:05:00Z</cp:lastPrinted>
  <dcterms:created xsi:type="dcterms:W3CDTF">2026-09-07T17:25:00Z</dcterms:created>
  <dcterms:modified xsi:type="dcterms:W3CDTF">2026-09-07T17:25:00Z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0x0101001BBB8DC36942324FB35FDC81C8072BCE</vt:lpwstr>
  </property>
</Properties>
</file>